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מרכזיות ואת עיקרון שביל הזהב כאיזון בין חוסר להפרזה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תירוץ לסיבה אמיתית,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ולתרגל לקיחת בעלות על 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לראות טוב באחרים ולהביע הכרת תודה והערכה באופן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מידות ושביל הזהב – התאמת מידה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את הטוב באנשים ובמצבים ולשמוח בהצלחתם)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(לחכות ולהתמיד בלי לכעוס, גם כשדברים לוקחים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(להכיר ביכולות שלי בלי להתנשא וללמוד מכל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(לקחת בעלות על מעשיי ועל מה שהופקד בידיי)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מידות ושביל הזהב – איזו מידה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מידות ושביל הזהב – מעט מדי, מאוזן,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איזון בין חוסר במידה לבין עודף בה - שני הקצוות אינם טובים, והדרך הנכונה נמצאת באמצע.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בחירה: תירוצים, מניעים והחלטות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תירוץ נשמע כמו סיבה אמיתית, אבל למעשה הוא מאפשר לנו לא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מדגישה היחידה – הבחירה נשארת גם בתוך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והחלטות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 מסבירה את המצב, תירוץ עוצר אותי בתוכו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והחלטות – מיון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(גם וגם)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והחלטות – מתירוץ למשפט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ולקיחת בעלות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שהוצגה בשיעור - לקיחת בעלות על מעשים ועל מה שהופקד בידינו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אחריות מתמקדת בלקיחת בעלות ובתיקון, לא רק בתחושה שלילית כמו אשמה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ולקיחת בעלות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להחזיר ספר בזמן ולהודות כשטעיתי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 / של מישהו אחר / של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ולקיחת בעלות – מעגלי אחריות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ולקיחת בעלות – התאמת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(מעגל האחריות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האחריות כלפי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האחריות 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(לקיחת בעלות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הכיסא הריק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ההבדל הוא במה שכל אחד בוחר לראות ולהודות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עיקרון לימוד הזכות שנלמד דרך המשנה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קודם את הטוב באנשים ובמצבים)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(לפרש מצב באופן חשדני או שלילי)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(לחפש הסבר מזכה למעשה של 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ולהודות על טוב שקיבלתי)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אי פגיעה,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נלמד מספר ויקרא בשיעור.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כבוד הוא גבול שמספיק לשמור עליו, ואילו אהבה דורשת פעולה יזומה.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חוסן וחשיבה: לראות ולהיראות – מה זוכרים מהסדנה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 או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הכוח של מבט מאמין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קישור שנפתח בלשונית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שם מידה, הגדרה קצרה ושני מצבי קיצון (חוסר והפרזה)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בבירור בין הסבר שמגן מפני מאמץ (תירוץ) לקושי אמיתי, ובין תגובה אוטומטית לבחירה שיש בה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פירוט של המעשה הספציפי והשפעתו, ולא רק מילת תודה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או שניים בכל מפגש, לפי 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להזכיר שהשיתוף תמיד מרצון ושאין תשובות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למשימה אחת מתוך כל פרק ולהתמקד בדוגמה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לבקש מתלמידים להוסיף דוגמה אישית משלהם לכל מושג, בכתב או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שמלווים את מסע המידות — מהכרת המידות ושביל הזהב, דרך בחירה ואחריות, ועד עין טובה, כבוד ואהבת הזולת. אפשר לעבוד לפי הסדר או לבחור פרק אחד לכל שיעור. בכל תרגיל אין תשובה אחת נכונה — שיתוף הוא תמיד לבחירתכם.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מאמץ  ·  עוצר  ·  קומות  ·  יושר  ·  קהילה  ·  מעשי  ·  נתינה  ·  זכות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מידות ושביל הזהב – התאמת מידה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להכיר ביכולות שלי בלי להתנשא וללמוד מכל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לראות את הטוב באנשים ובמצבים ולשמוח בהצלחתם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לקחת בעלות על מעשיי ועל מה שהופקד בידיי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לחכות ולהתמיד בלי לכעוס, גם כשדברים לוקחים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מידות ושביל הזהב – איזו מידה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להישאר עשר דקות אחרי השיעור כדי לעזור בסידור הכיתה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להחזיר עודף שקיבלתי בטעות בקופה היא דוגמה למידת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מידות ושביל הזהב – מעט מדי, מאוזן, יותר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‘שביל הזהב’ של מידה?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בחירה: תירוצים, מניעים והחלטות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תירוץ הוא תמיד שקר גמור ואין בו שום 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כשיש קושי אמיתי, עדיין נשאר לנו מרחב קטן של בחירה לגבי הצעד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בחירה: תירוצים, מניעים והחלטות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סיבה אמיתית לתירוץ?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 מסבירה את המצב, תירוץ עוצר אותי 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שתיהן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 היא תמיד שקר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בחירה: תירוצים, מניעים והחלטות – מיון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אין לי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גם וגם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חולה היום ולא יכול/ה להתאמן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 לי מבחן קשה מחר וגם שיעורי בית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תירוץ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בחירה: תירוצים, מניעים והחלטות – מתירוץ למשפט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להפוך תירוץ למשפט של כוח, מחליפים אותו בצעד קטן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אחריות: מעגלים ולקיחת בעלות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היא היכולת להגיד 'זה שלי' - גם על טעויות וגם על מה שאפשר 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אשמה ואחריות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אחריות: מעגלים ולקיחת בעלות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הדוגמה שמופיעה לצד הגדרת מידת האחריות בכרטיסי המידות?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להחזיר ספר בזמן ולהודות כשטעיתי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לקנות מתנה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מהר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'של מי זה?' בין אילו שלוש תשובות הכיתה בוחרת?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 / של מישהו אחר /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נכון / לא נכון /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טוב / רע / ניטרלי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אחריות: מעגלים ולקיחת בעלות – מעגלי אחריות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אחד משלושת מעגלי האחריות הוא כלפי עצמי, השני כלפי הקרובים, והשלישי כלפי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אחריות: מעגלים ולקיחת בעלות – התאמת 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להגיש שיעורי בית בזמן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מעגל האחריות כלפי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להתנצל בפני אח או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לקיחת בעלות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לזרוק אשפה לפח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מעגל האחריות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להודות בטעות ולתקן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מעגל האחריות כלפי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'עין טובה' לפי הרעיון הגדול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מכל קושי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לומר תמיד שהכול 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סיפור דנה הכיתה בשני פירושים אפשריים לאותו מצב – עין צרה ועין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הלוח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הכיסא הריק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הקבוצה שנפתחה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בין 'אורח טוב' ל'אורח רע' לפי דברי בן זומא, למרות שקיבלו אותה 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האורח הטוב אכל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ההבדל הוא במה שכל אחד בוחר לראות ולהודות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האורח הרע לא היה רעב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עין טובה והכרת הטוב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עין טובה אומרת שצריך תמיד לוותר על גבולות כשמשהו באמת פוגע 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המשנה 'הוי דן את כל האדם לכף זכות' מלמדת לחפש הסבר מזכה למעשה של אדם לפני שפוסקים אותו לרעה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עין טובה והכרת הטוב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המשנה מלמדת אותנו 'הוי דן את כל האדם לכף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הכרת הטוב אמיתית כוללת פירוט, השפעה והכרה ב__________ של הנותן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עין טובה והכרת הטוב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לחפש הסבר מזכה למעשה של 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לראות קודם את הטוב באנשים ובמצבים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לשים לב ולהודות על טוב שקיבלתי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לפרש מצב באופן חשדני או שלילי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כבוד ואהבת הזולת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העיקרי בין כבוד לאהבת הזולת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כבוד הוא גבול של אי פגיעה,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כבוד זה להיטיב, אהבה זה לא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נהג לומר את המשפט 'מה ששנוא עליך אל תעשה לחברך'?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דוד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כבוד ואהבת הזולת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הפסוק 'ואהבת לרעך כמוך' מופיע בספר ויקרא.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השיעור, קל יותר לקיים את הכלל של אי פגיעה מאשר את כלל האהבה הפעילה.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כבוד ואהבת הזולת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בשיעור מתארים כבוד ואהבה כ'בניין בן שתי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'הקבוצה שנפתחה מחדש' לומדים לנסח 'משפט __________' לרגע שבו מישהו נפגע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כבוד ואהבת הזולת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להקשיב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לבשל ארוחה לשכן שחלה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 לצחוק על מישהו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להזמין ילד שיושב לבד להצטרף אליי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אהבת הזולת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חוסן וחשיבה: לראות ולהיראות – מה זוכרים מהסדנה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יכולה להימשך סדנת 'מכתב למורה'?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45 או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שעתיים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אחת ממטרות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לזכור את כל מילות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לזהות את הכוח של מבט מאמין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לנגן בכלי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שומעים את השיר 'מכתב למורה'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 שרה אותו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דרך קישור שנפתח בלשונית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קוראים אותו מהספר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למידה אחת ולשביל הזהב שלה – מה קורה כשיש ממנה מעט מדי, ומה כשיש יותר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הסבר/י בעזרת דוגמה את ההבדל בין תירוץ לבין סיבה אמיתית, ובין דחף לבין בחירה מודעת.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