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מרכזיות ואת עיקרון שביל הזהב כאיזון בין חוסר להפרזה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תירוץ לסיבה אמיתית,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ולתרגל לקיחת בעלות על מעשים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לראות טוב באחרים ולהביע הכרת תודה והערכה באופן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מידות ושביל הזהב – התאמת מידה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(לראות את הטוב באנשים ובמצבים ולשמוח בהצלחתם)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(לחכות ולהתמיד בלי לכעוס, גם כשדברים לוקחים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(להכיר ביכולות שלי בלי להתנשא וללמוד מכל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(לקחת בעלות על מעשיי ועל מה שהופקד בידיי)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(לשים לב לטוב שקיבלתי ולהודות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מידות ושביל הזהב – איזו מידה 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מידות ושביל הזהב – מעט מדי, מאוזן,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איזון בין חוסר במידה לבין עודף בה - שני הקצוות אינם טובים, והדרך הנכונה נמצאת באמצע.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שמציגה שתי דוגמאות מנוגדות, למשל: לא לשתף כלל מול לתת הכול בלי לשים לב לצורך האמיתי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מעט מלח - האוכל תפל; מלח מאוזן - האוכל טעים; הרבה מלח - האוכל לא ראוי לאכילה, וכך גם מידה טובה בכמות לא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הבנויה לפי שלושת השלבים: חוסר, איזון, עודף.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בחירה: תירוצים, מניעים והחלטות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תירוץ נשמע כמו סיבה אמיתית, אבל למעשה הוא מאפשר לנו לא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מדגישה היחידה – הבחירה נשארת גם בתוך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תירוצים, מניעים והחלטות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 מסבירה את המצב, תירוץ עוצר אותי 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בין מה שקורה לנו לבין מה שאנחנו עושים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תירוצים, מניעים והחלטות – מיון תירוצים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(גם וגם)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בחירה: תירוצים, מניעים והחלטות – מתירוץ למשפט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מעגלים ולקיחת בעלות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שהוצגה בשיעור - לקיחת בעלות על מעשים ועל מה שהופקד בידינו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אחריות מתמקדת בלקיחת בעלות ובתיקון, לא רק בתחושה שלילית כמו אשמה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מעגלים ולקיחת בעלות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להחזיר ספר בזמן ולהודות כשטעיתי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 / של מישהו אחר / של כולנו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אחריות: מעגלים ולקיחת בעלות – מעגלי אחריות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אחריות: מעגלים ולקיחת בעלות – התאמת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(מעגל האחריות 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(מעגל האחריות כלפי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(מעגל האחריות כלפי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(לקיחת בעלות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 והכרת הטוב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הכיסא הריק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ההבדל הוא במה שכל אחד בוחר לראות ולהודות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לשים לב באמת למה שאחרים נתנו לי ולהחזיר במילה ובמעשה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 והכרת הטוב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עיקרון לימוד הזכות שנלמד דרך המשנה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עין טובה והכרת הטוב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עין טובה והכרת הטוב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(לראות קודם את הטוב באנשים ובמצבים)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(לפרש מצב באופן חשדני או שלילי)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(לחפש הסבר מזכה למעשה של 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(לשים לב ולהודות על טוב שקיבלתי)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(רואה ומעריך את מה שניתן 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כבוד ואהבת הזולת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כבוד הוא גבול של אי פגיעה, אהבה היא פעולה של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כבוד ואהבת הזולת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 נלמד מספר ויקרא בשיעור.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כבוד הוא גבול שמספיק לשמור עליו, ואילו אהבה דורשת פעולה יזומה.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כבוד ואהבת הזולת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כבוד ואהבת הזולת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(אהבת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(אהבת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חוסן וחשיבה: לראות ולהיראות – מה זוכרים מהסדנה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45 או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לזהות את הכוח של מבט מאמין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דרך קישור שנפתח בלשונית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שם מידה, הגדרה קצרה ושני מצבי קיצון (חוסר והפרזה) בלשון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בבירור בין הסבר שמגן מפני מאמץ (תירוץ) לקושי אמיתי, ובין תגובה אוטומטית לבחירה שיש בה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פירוט של המעשה הספציפי והשפעתו, ולא רק מילת תודה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או שניים בכל מפגש, לפי התוכנית השנתית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להזכיר שהשיתוף תמיד מרצון ושאין תשובות נכונות או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למשימה אחת מתוך כל פרק ולהתמקד בדוגמה אחת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לבקש מתלמידים להוסיף דוגמה אישית משלהם לכל מושג, בכתב או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על מידות, בחירה ואחריות. עובדים פרק אחר פרק, לאט ובנחת. אפשר לענות לבד או בזוג. אין צורך לשתף דברים אישיים אם לא רוצים.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 הזהב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האיזון הנכון של מידה – לא מעט מדי ולא הרבה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תירוץ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שנשמע כמו סיבה אבל רק עוזר להימנע ממאמץ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אמיתית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קושי אמיתי שבאמת מגביל אותי כרגע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הפנימית שבגללה אני עושה מעשה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מיידית, בלי לעצור ולחשוב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בעלות על מעשיי ועל מה שהופקד בידיי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עין טובה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לראות קודם את הטוב באנשים ובמצבים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לדון לכף 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הסבר מזכה למעשה של מישהו לפני שפוסקים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הטוב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בפירוט למה שקיבלתי ולהודות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מול אהבת הזולת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הוא לא לפגוע; אהבת הזולת היא לפעול להיטיב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מידות ושביל הזהב – התאמת מידה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לקחת בעלות על מעשיי ועל מה שהופקד בידיי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לשים לב לטוב שקיבלתי ולהודות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לחכות ולהתמיד בלי לכעוס, גם כשדברים לוקחים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לראות את הטוב באנשים ובמצבים ולשמוח בהצלחתם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להכיר ביכולות שלי בלי להתנשא וללמוד מכל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מידות ושביל הזהב – איזו מידה 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להישאר עשר דקות אחרי השיעור כדי לעזור בסידור הכיתה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להחזיר עודף שקיבלתי בטעות בקופה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לומר ‘זה לא מצחיק’ כשצוחקים על מישהו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להודות בפשטות ‘לא ידעתי, תודה שלימדת אותי’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להתאמן כל יום רבע שעה גם כשקשה היא דוגמה למידת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מידות ושביל הזהב – מעט מדי, מאוזן, יותר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‘שביל הזהב’ של מידה? הסבירו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של נדיבות ‘מעט מדי’ (קמצנות) ולמצב של נדיבות ‘יותר מדי’ (בזבזנות מוגזמת).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משל המלח מראה שגם דבר טוב יכול להזיק בכמות הלא נכונה. איך זה דומה למלח באוכל?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מידה אחת מתוך הכרטיסים וכתבו: מה קורה כשיש ממנה מעט מדי, מה כשיש מאוזן, ומה כשיש יותר מדי.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בחירה: תירוצים, מניעים והחלטות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הוא תמיד שקר גמור ואין בו שום 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כשיש קושי אמיתי, עדיין נשאר לנו מרחב קטן של בחירה לגבי הצעד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בחירה: תירוצים, מניעים והחלטות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סיבה לתירוץ?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מסבירה את המצב, תירוץ עוצר אותי 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שתיהן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 היא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תירוץ הוא תמיד אמיתי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מרווח מדברת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בוקר לערב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מה שקורה לנו לבין מה שאנחנו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בית הספר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שיעור לשיעור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בחירה: תירוצים, מניעים והחלטות – מיון תירוצים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אין לי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חולה היום ולא יכול/ה להתאמן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כולם עושים את 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גם וגם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מבחן קשה מחר וגם שיעורי בית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תירוץ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בחירה: תירוצים, מניעים והחלטות – מתירוץ למשפט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להפוך תירוץ למשפט של כוח, מחליפים אותו בצעד קטן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ההבדל בין דחף לבחירה הוא שדחף הוא תגובה מיידית, ואילו בבחירה יש רגע של עצירה ו__________ לפני המעשה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אחריות: מעגלים ולקיחת בעלות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היא היכולת להגיד 'זה שלי' - גם על טעויות וגם על מה שאפשר 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אשמה ואחריות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אחריות: מעגלים ולקיחת בעלות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דוגמה קשורה למידת האחריות?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להחזיר ספר בזמן ולהודות כשטעיתי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מתנה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 יותר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 כשטועים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אפשרויות מציעים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 / של מישהו אחר / של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נכון / לא נכון /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/ רע / 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כן / לא / לפעמים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אחריות: מעגלים ולקיחת בעלות – מעגלי אחריות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משלושת מעגלי האחריות הוא כלפי עצמי, השני כלפי הקרובים, והשלישי כלפי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אחריות: מעגלים ולקיחת בעלות – התאמת 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להגיש שיעורי בית בזמן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לקיחת בעלות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להתנצל בפני אח או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האחריות כלפי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לזרוק אשפה לפח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מעגל האחריות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להודות בטעות ולתקן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מעגל האחריות כלפי הקרובים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עין טובה והכרת הטוב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עין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מכל קושי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לומר תמיד שהכול 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להעמיד פנים שאין 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סיפור דנה הכיתה בשני פירושים אפשריים לאותו מצב – עין צרה ועין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הלוח הלבן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הכיסא הריק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הקבוצה שנפתחה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 שראית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'אורח טוב' ל'אורח רע' לפי דברי בן זומא, למרות שקיבלו אותה 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האורח הטוב אכל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ההבדל הוא במה שכל אחד בוחר לראות ולהודות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האורח הרע לא היה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'הכרת הטוב' לפי מה שנלמד בחודש 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אמירת תודה אוטומטית וקצרה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באמת למה שאחרים נתנו לי ולהחזיר במילה ובמעשה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ממי שעזר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שיודו לי קודם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עין טובה והכרת הטוב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שצריך תמיד לוותר על גבולות כשמשהו באמת פוגע 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המשנה 'הוי דן את כל האדם לכף זכות' מלמדת לחפש הסבר מזכה למעשה של אדם לפני שפוסקים אותו לרעה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עין טובה והכרת הטוב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המשנה מלמדת אותנו 'הוי דן את כל האדם לכף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הכרת הטוב אמיתית כוללת פירוט, השפעה והכרה ב__________ של הנותן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עין טובה והכרת הטוב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לחפש הסבר מזכה למעשה של 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לראות קודם את הטוב באנשים ובמצבים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לדון לכף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רואה ומעריך את מה שניתן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לפרש מצב באופן חשדני או שלילי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אורח טוב (בן זומא)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לשים לב ולהודות על טוב שקיבלתי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כבוד ואהבת הזולת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כבוד לאהבה?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גבול של אי פגיעה, אהבה היא פעולה של 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זה להיטיב, אהבה זה לא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אמר את המשפט על מה ששנוא עליך?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שלמה המלך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כבוד ואהבת הזולת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'ואהבת לרעך כמוך' מופיע בספר ויקרא.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השיעור, קל יותר לקיים את הכלל של אי פגיעה מאשר את כלל האהבה הפעילה.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כבוד ואהבת הזולת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בשיעור מתארים כבוד ואהבה כ'בניין בן שתי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'הקבוצה שנפתחה מחדש' לומדים לנסח 'משפט __________' לרגע שבו מישהו נפגע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כבוד ואהבת הזולת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לדעה שונה בלי לזלזל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לבשל ארוחה לשכן שחלה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לצחוק על מישהו שנפל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להזמין ילד שיושב לבד להצטרף אליי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חוסן וחשיבה: לראות ולהיראות – מה זוכרים מהסדנה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אפשר להקדיש לסדנה?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 או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שעתיים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התלמידים אמורים לגלות בסדנה?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לזכור את כל מילות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את הכוח של מבט מאמין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לנגן בכלי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ביקורת על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מגיעים לשיר?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שרה אותו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קישור שנפתח בלשונית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אותו מהספר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שומעים אותו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כרטיסי שיח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למידה אחת ולשביל הזהב שלה – מה קורה כשיש ממנה מעט מדי, ומה כשיש יותר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בעזרת דוגמה את ההבדל בין תירוץ לבין סיבה אמיתית, ובין דחף לבין בחירה מודעת.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כתוב/כתבי משפט אחד שמדגים הכרת תודה מפורטת (לא רק 'תודה') למישהו שעזר לך.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