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מסילות אל הנפש: מידות, בחירה ואחריות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מידות מרכזיות ואת עיקרון שביל הזהב כאיזון בין חוסר להפרזה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הבחנה בין תירוץ לסיבה אמיתית, ובין דחף לבחירה מודעת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מעגלי אחריות שונים ולתרגל לקיחת בעלות על מעשים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יכולת לראות טוב באחרים ולהביע הכרת תודה והערכה באופן מדויק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מידות ושביל הזהב – התאמת מידה להגדרה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(לראות את הטוב באנשים ובמצבים ולשמוח בהצלחתם)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(לחכות ולהתמיד בלי לכעוס, גם כשדברים לוקחים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(להכיר ביכולות שלי בלי להתנשא וללמוד מכל אדם)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(לקחת בעלות על מעשיי ועל מה שהופקד בידיי)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(לשים לב לטוב שקיבלתי ולהודות עליו)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מידות ושביל הזהב – איזו מידה זו?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נתינה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אומץ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ענווה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התמדה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מידות ושביל הזהב – מעט מדי, מאוזן, יותר מדי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איזון בין חוסר במידה לבין עודף בה - שני הקצוות אינם טובים, והדרך הנכונה נמצאת באמצע.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כל תשובה שמציגה שתי דוגמאות מנוגדות, למשל: לא לשתף כלל מול לתת הכול בלי לשים לב לצורך האמיתי שלי.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מעט מלח - האוכל תפל; מלח מאוזן - האוכל טעים; הרבה מלח - האוכל לא ראוי לאכילה, וכך גם מידה טובה בכמות לא נכונה.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תשובה אישית הבנויה לפי שלושת השלבים: חוסר, איזון, עודף.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בחירה: תירוצים, מניעים והחלטות – מושגי יסוד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תירוץ נשמע כמו סיבה אמיתית, אבל למעשה הוא מאפשר לנו לא לנסות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מדגישה היחידה – הבחירה נשארת גם בתוך קושי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בחירה: תירוצים, מניעים והחלטות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סיבה מסבירה את המצב, תירוץ עוצר אותי בתוכו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בין מה שקורה לנו לבין מה שאנחנו עושים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בחירה: תירוצים, מניעים והחלטות – מיון תירוצים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(תירוץ)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(סיבה אמיתית)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(תירוץ)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(גם וגם)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בחירה: תירוצים, מניעים והחלטות – מתירוץ למשפט כוח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מעשי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מחשבה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אחריות: מעגלים ולקיחת בעלות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שהוצגה בשיעור - לקיחת בעלות על מעשים ועל מה שהופקד בידינו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אחריות מתמקדת בלקיחת בעלות ובתיקון, לא רק בתחושה שלילית כמו אשמה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אחריות: מעגלים ולקיחת בעלות – זיהוי והבנה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להחזיר ספר בזמן ולהודות כשטעיתי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שלי / של מישהו אחר / של כולנו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אחריות: מעגלים ולקיחת בעלות – מעגלי אחריות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קהילה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3 · אחריות: מעגלים ולקיחת בעלות – התאמת מעגלים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(מעגל האחריות כלפי עצמי)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(מעגל האחריות כלפי הקרובים)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(מעגל האחריות כלפי הקהילה)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(לקיחת בעלות אישית)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עין טובה והכרת הטוב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לחפש קודם את הטוב ולדון לכף זכות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הכיסא הריק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ההבדל הוא במה שכל אחד בוחר לראות ולהודות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לשים לב באמת למה שאחרים נתנו לי ולהחזיר במילה ובמעשה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עין טובה והכרת הטוב – נכון/לא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עין טובה לא אומרת לוותר על גבולות כשמשהו באמת פוגע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עיקרון לימוד הזכות שנלמד דרך המשנה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4 · עין טובה והכרת הטוב – תרגול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זכות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מאמץ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4 · עין טובה והכרת הטוב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(לראות קודם את הטוב באנשים ובמצבים)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(לפרש מצב באופן חשדני או שלילי)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(לחפש הסבר מזכה למעשה של אדם אחר)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(לשים לב ולהודות על טוב שקיבלתי)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(רואה ומעריך את מה שניתן לו)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כבוד ואהבת הזולת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כבוד הוא גבול של אי פגיעה, אהבה היא פעולה של להיטיב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הלל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פרק 5 · כבוד ואהבת הזולת – הבנה בסיסית (המשך)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הפסוק נלמד מספר ויקרא בשיעור.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כבוד הוא גבול שמספיק לשמור עליו, ואילו אהבה דורשת פעולה יזומה.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פרק 5 · כבוד ואהבת הזולת – 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י״ט – פרק 5 · כבוד ואהבת הזולת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(כבוד)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(אהבת הזולת)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(כבוד)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(אהבת הזולת)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כ׳ – פרק 6 · חוסן וחשיבה: לראות ולהיראות – מה זוכרים מהסדנה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45 או 90 דקות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לזהות את הכוח של מבט מאמין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דרך קישור שנפתח בלשונית חדשה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36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כוללת שם מידה, הגדרה קצרה ושני מצבי קיצון (חוסר והפרזה) בלשון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מבחינה בבירור בין הסבר שמגן מפני מאמץ (תירוץ) לקושי אמיתי, ובין תגובה אוטומטית לבחירה שיש בה 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 כולל פירוט של המעשה הספציפי והשפעתו, ולא רק מילת תודה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לפרוס את החוברת על פני כמה שיעורים – פרק אחד או שניים בכל מפגש, לפי התוכנית השנתית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כל פרק כדאי להזכיר שהשיתוף תמיד מרצון ושאין תשובות נכונות או לא נכונות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לצמצם למשימה אחת מתוך כל פרק ולהתמקד בדוגמה אחת בלבד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לחיזוק אפשר לבקש מתלמידים להוסיף דוגמה אישית משלהם לכל מושג, בכתב או בעל פה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מסילות אל הנפש: מידות, בחירה ואחריות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שישה פרקים שמלווים את מסע המידות — מהכרת המידות ושביל הזהב, דרך בחירה ואחריות, ועד עין טובה, כבוד ואהבת הזולת. אפשר לעבוד לפי הסדר או לבחור פרק אחד לכל שיעור. בכל תרגיל אין תשובה אחת נכונה — שיתוף הוא תמיד לבחירתכם.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מידות ושביל הזהב – התאמת מידה להגדרה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עין טובה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לשים לב לטוב שקיבלתי ולהודות עליו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סבלנות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להכיר ביכולות שלי בלי להתנשא וללמוד מכל אדם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ענווה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לקחת בעלות על מעשיי ועל מה שהופקד בידיי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אחריות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לראות את הטוב באנשים ובמצבים ולשמוח בהצלחתם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הכרת הטוב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לחכות ולהתמיד בלי לכעוס, גם כשדברים לוקחים זמן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מידות ושביל הזהב – איזו מידה זו?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להישאר עשר דקות אחרי השיעור כדי לעזור בסידור הכיתה היא דוגמה למידת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להחזיר עודף שקיבלתי בטעות בקופה היא דוגמה למידת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לומר ‘זה לא מצחיק’ כשצוחקים על מישהו היא דוגמה למידת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להודות בפשטות ‘לא ידעתי, תודה שלימדת אותי’ היא דוגמה למידת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להתאמן כל יום רבע שעה גם כשקשה היא דוגמה למידת ה__________.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מידות ושביל הזהב – מעט מדי, מאוזן, יותר מדי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זה ‘שביל הזהב’ של מידה? הסבירו במילים שלכם.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למצב של נדיבות ‘מעט מדי’ (קמצנות) ולמצב של נדיבות ‘יותר מדי’ (בזבזנות מוגזמת).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משל המלח מראה שגם דבר טוב יכול להזיק בכמות הלא נכונה. איך זה דומה למלח באוכל?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מידה אחת מתוך הכרטיסים וכתבו: מה קורה כשיש ממנה מעט מדי, מה כשיש מאוזן, ומה כשיש יותר מדי.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בחירה: תירוצים, מניעים והחלטות – מושגי יסוד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תירוץ הוא תמיד שקר גמור ואין בו שום אמת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כשיש קושי אמיתי, עדיין נשאר לנו מרחב קטן של בחירה לגבי הצעד הבא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בחירה: תירוצים, מניעים והחלטות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העיקרי בין סיבה אמיתית לתירוץ?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סיבה מסבירה את המצב, תירוץ עוצר אותי בתוכו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הבדל, שתיהן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סיבה היא תמיד שקר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תירוץ הוא תמיד אמיתי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ה"מרווח" שעליו מדברת יחידת הבחירה?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בין בוקר לערב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בין מה שקורה לנו לבין מה שאנחנו עושים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בין בית הספר לבית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בין שיעור לשיעור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בחירה: תירוצים, מניעים והחלטות – מיון תירוצים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אין לי 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תירוץ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אני חולה היום ולא יכול/ה להתאמן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גם וגם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כולם עושים את 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תירוץ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יש לי מבחן קשה מחר וגם שיעורי בית הרבה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סיבה אמיתית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בחירה: תירוצים, מניעים והחלטות – מתירוץ למשפט כוח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להפוך תירוץ למשפט של כוח, מחליפים אותו בצעד קטן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ההבדל בין דחף לבחירה הוא שדחף הוא תגובה מיידית, ואילו בבחירה יש רגע של עצירה ו__________ לפני המעשה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אחריות: מעגלים ולקיחת בעלות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אחריות היא היכולת להגיד 'זה שלי' - גם על טעויות וגם על מה שאפשר לתקן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אשמה ואחריות הן בדיוק אותו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אחריות: מעגלים ולקיחת בעלות – זיהוי והבנה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הדוגמה שמופיעה לצד הגדרת מידת האחריות בכרטיסי המידות?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להחזיר ספר בזמן ולהודות כשטעיתי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לקנות מתנה לחבר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לרוץ מהר יותר מכולם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לשתוק כשטועים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במשחק 'של מי זה?' בין אילו שלוש תשובות הכיתה בוחרת?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שלי / של מישהו אחר / של כולנו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נכון / לא נכון / אולי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טוב / רע / ניטרלי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כן / לא / לפעמים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אחריות: מעגלים ולקיחת בעלות – מעגלי אחריות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אחד משלושת מעגלי האחריות הוא כלפי עצמי, השני כלפי הקרובים, והשלישי כלפי ה__________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3 · אחריות: מעגלים ולקיחת בעלות – התאמת מעגלים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להגיש שיעורי בית בזמן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מעגל האחריות כלפי הקרובים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להתנצל בפני אח או חבר שפגעתי בו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מעגל האחריות כלפי עצמי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לזרוק אשפה לפח בחצר בית הספר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לקיחת בעלות אישית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להודות בטעות ולתקן אותה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מעגל האחריות כלפי הקהילה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עין טובה והכרת הטוב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המשמעות של 'עין טובה' לפי הרעיון הגדול שנלמד?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להתעלם מכל קושי ובעיה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לחפש קודם את הטוב ולדון לכף זכות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לומר תמיד שהכול מושלם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להעמיד פנים שאין בעיות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סיפור דנה הכיתה בשני פירושים אפשריים לאותו מצב – עין צרה ועין טובה?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הלוח הלבן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הכיסא הריק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הקבוצה שנפתחה מחדש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תודה שראית אותי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בין 'אורח טוב' ל'אורח רע' לפי דברי בן זומא, למרות שקיבלו אותה ארוחה?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האורח הטוב אכל פחות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ההבדל הוא במה שכל אחד בוחר לראות ולהודות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האורח הרע לא היה רעב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הבדל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'הכרת הטוב' לפי מה שנלמד בחודש יוני?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אמירת תודה אוטומטית וקצרה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לשים לב באמת למה שאחרים נתנו לי ולהחזיר במילה ובמעשה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להתעלם ממי שעזר 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לחכות שיודו לי קודם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עין טובה והכרת הטוב – נכון/לא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עין טובה אומרת שצריך תמיד לוותר על גבולות כשמשהו באמת פוגע בי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המשנה 'הוי דן את כל האדם לכף זכות' מלמדת לחפש הסבר מזכה למעשה של אדם לפני שפוסקים אותו לרעה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4 · עין טובה והכרת הטוב – תרגול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המשנה מלמדת אותנו 'הוי דן את כל האדם לכף __________'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הכרת הטוב אמיתית כוללת פירוט, השפעה והכרה ב__________ של הנותן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4 · עין טובה והכרת הטוב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עין טובה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לפרש מצב באופן חשדני או שלילי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עין צרה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לחפש הסבר מזכה למעשה של אדם אחר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לדון לכף זכות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לשים לב ולהודות על טוב שקיבלתי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הכרת הטוב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רואה ומעריך את מה שניתן לו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אורח טוב (בן זומא)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לראות קודם את הטוב באנשים ובמצבים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כבוד ואהבת הזולת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ההבדל העיקרי בין כבוד לאהבת הזולת לפי השיעור?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כבוד הוא גבול של אי פגיעה, אהבה היא פעולה של להיטיב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כבוד זה להיטיב, אהבה זה לא לפגוע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שניהם בדיוק אותו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 בין השניים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 נהג לומר את המשפט 'מה ששנוא עליך אל תעשה לחברך'?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משה רבנו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דוד המלך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שלמה המלך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פרק 5 · כבוד ואהבת הזולת – הבנה בסיסית (המשך)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הפסוק 'ואהבת לרעך כמוך' מופיע בספר ויקרא.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לפי השיעור, קל יותר לקיים את הכלל של אי פגיעה מאשר את כלל האהבה הפעילה.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פרק 5 · כבוד ואהבת הזולת – 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בשיעור מתארים כבוד ואהבה כ'בניין בן שתי __________'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בסיפור 'הקבוצה שנפתחה מחדש' לומדים לנסח 'משפט __________' לרגע שבו מישהו נפגע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19  חלק י״ט – פרק 5 · כבוד ואהבת הזולת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להקשיב לדעה שונה בלי לזלזל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אהבת הזולת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לבשל ארוחה לשכן שחלה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כבוד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לא לצחוק על מישהו שנפל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אהבת הזולת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להזמין ילד שיושב לבד להצטרף אליי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כבוד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20  חלק כ׳ – פרק 6 · חוסן וחשיבה: לראות ולהיראות – מה זוכרים מהסדנה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זמן יכולה להימשך סדנת 'מכתב למורה'?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10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45 או 90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שעתיים שלמות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20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אחת ממטרות הסדנה?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לזכור את כל מילות 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לזהות את הכוח של מבט מאמין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ללמוד לנגן בכלי נגינה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ביקורת על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שומעים את השיר 'מכתב למורה' בשיעור?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המורה שרה אותו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דרך קישור שנפתח בלשונית חדשה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קוראים אותו מהספר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 שומעים אותו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כרטיסי שיח כלליים (לא כתיבה, לא שיחה אישית) מוזכרים בעמוד?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18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תן/י דוגמה למידה אחת ולשביל הזהב שלה – מה קורה כשיש ממנה מעט מדי, ומה כשיש יותר מדי?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הסבר/י בעזרת דוגמה את ההבדל בין תירוץ לבין סיבה אמיתית, ובין דחף לבין בחירה מודעת.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כתוב/כתבי משפט אחד שמדגים הכרת תודה מפורטת (לא רק 'תודה') למישהו שעזר לך.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מסילות אל הנפש: מידות, בחירה ואחריות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